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header.xml" ContentType="application/vnd.openxmlformats-officedocument.wordprocessingml.header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62AAEC5A" w:rsidP="78D8EE9B" w:rsidRDefault="62AAEC5A" w14:paraId="603B373F" w14:textId="706C8B72">
      <w:pPr>
        <w:spacing w:after="0" w:afterAutospacing="off" w:line="240" w:lineRule="auto"/>
        <w:jc w:val="center"/>
        <w:rPr>
          <w:rFonts w:ascii="Arial Black" w:hAnsi="Arial Black"/>
          <w:b w:val="1"/>
          <w:bCs w:val="1"/>
          <w:sz w:val="160"/>
          <w:szCs w:val="160"/>
        </w:rPr>
      </w:pPr>
      <w:r w:rsidRPr="78D8EE9B" w:rsidR="62AAEC5A">
        <w:rPr>
          <w:rFonts w:ascii="Arial Black" w:hAnsi="Arial Black"/>
          <w:b w:val="1"/>
          <w:bCs w:val="1"/>
          <w:sz w:val="180"/>
          <w:szCs w:val="180"/>
        </w:rPr>
        <w:t xml:space="preserve">SE </w:t>
      </w:r>
    </w:p>
    <w:p w:rsidR="62AAEC5A" w:rsidP="78D8EE9B" w:rsidRDefault="62AAEC5A" w14:paraId="2B94269B" w14:textId="626C46D8">
      <w:pPr>
        <w:spacing w:after="0" w:afterAutospacing="off" w:line="240" w:lineRule="auto"/>
        <w:jc w:val="center"/>
        <w:rPr>
          <w:rFonts w:ascii="Arial Black" w:hAnsi="Arial Black"/>
          <w:b w:val="1"/>
          <w:bCs w:val="1"/>
          <w:sz w:val="160"/>
          <w:szCs w:val="160"/>
        </w:rPr>
      </w:pPr>
      <w:r w:rsidRPr="78D8EE9B" w:rsidR="62AAEC5A">
        <w:rPr>
          <w:rFonts w:ascii="Arial Black" w:hAnsi="Arial Black"/>
          <w:b w:val="1"/>
          <w:bCs w:val="1"/>
          <w:sz w:val="180"/>
          <w:szCs w:val="180"/>
        </w:rPr>
        <w:t>VENDE</w:t>
      </w:r>
    </w:p>
    <w:p w:rsidR="62AAEC5A" w:rsidP="78D8EE9B" w:rsidRDefault="62AAEC5A" w14:paraId="7DA278AD" w14:textId="19BB890E">
      <w:pPr>
        <w:spacing w:after="0" w:afterAutospacing="off" w:line="240" w:lineRule="auto"/>
        <w:ind w:left="0" w:firstLine="540"/>
        <w:jc w:val="center"/>
        <w:rPr>
          <w:rFonts w:ascii="Arial Black" w:hAnsi="Arial Black"/>
          <w:b w:val="1"/>
          <w:bCs w:val="1"/>
          <w:sz w:val="180"/>
          <w:szCs w:val="180"/>
        </w:rPr>
      </w:pPr>
      <w:r w:rsidRPr="78D8EE9B" w:rsidR="62AAEC5A">
        <w:rPr>
          <w:rFonts w:ascii="Arial Black" w:hAnsi="Arial Black"/>
          <w:b w:val="1"/>
          <w:bCs w:val="1"/>
          <w:sz w:val="200"/>
          <w:szCs w:val="200"/>
        </w:rPr>
        <w:t>333 3333333</w:t>
      </w:r>
    </w:p>
    <w:p w:rsidR="62AAEC5A" w:rsidP="78D8EE9B" w:rsidRDefault="62AAEC5A" w14:paraId="4F25152C" w14:textId="11322D33">
      <w:pPr>
        <w:spacing w:after="0" w:afterAutospacing="off" w:line="240" w:lineRule="auto"/>
        <w:jc w:val="center"/>
        <w:rPr>
          <w:rFonts w:ascii="Arial Black" w:hAnsi="Arial Black"/>
          <w:b w:val="1"/>
          <w:bCs w:val="1"/>
          <w:sz w:val="160"/>
          <w:szCs w:val="160"/>
        </w:rPr>
      </w:pPr>
      <w:r w:rsidRPr="78D8EE9B" w:rsidR="62AAEC5A">
        <w:rPr>
          <w:rFonts w:ascii="Arial Black" w:hAnsi="Arial Black"/>
          <w:b w:val="1"/>
          <w:bCs w:val="1"/>
          <w:sz w:val="160"/>
          <w:szCs w:val="160"/>
        </w:rPr>
        <w:t>MODELO: 2023</w:t>
      </w:r>
    </w:p>
    <w:sectPr w:rsidRPr="0006063C" w:rsidR="00FC693F" w:rsidSect="00034616">
      <w:pgSz w:w="15840" w:h="12240" w:orient="landscape"/>
      <w:pgMar w:top="288" w:right="90" w:bottom="288" w:left="0" w:header="720" w:footer="720" w:gutter="0"/>
      <w:cols w:space="720"/>
      <w:docGrid w:linePitch="360"/>
      <w:headerReference w:type="default" r:id="R3757b198dfd149dd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5085"/>
      <w:gridCol w:w="5085"/>
      <w:gridCol w:w="5085"/>
    </w:tblGrid>
    <w:tr w:rsidR="78D8EE9B" w:rsidTr="78D8EE9B" w14:paraId="6253EAE7">
      <w:trPr>
        <w:trHeight w:val="300"/>
      </w:trPr>
      <w:tc>
        <w:tcPr>
          <w:tcW w:w="5085" w:type="dxa"/>
          <w:tcMar/>
        </w:tcPr>
        <w:p w:rsidR="78D8EE9B" w:rsidP="78D8EE9B" w:rsidRDefault="78D8EE9B" w14:paraId="495CF702" w14:textId="54C463FF">
          <w:pPr>
            <w:pStyle w:val="Header"/>
            <w:bidi w:val="0"/>
            <w:ind w:left="-115"/>
            <w:jc w:val="left"/>
          </w:pPr>
        </w:p>
      </w:tc>
      <w:tc>
        <w:tcPr>
          <w:tcW w:w="5085" w:type="dxa"/>
          <w:tcMar/>
        </w:tcPr>
        <w:p w:rsidR="78D8EE9B" w:rsidP="78D8EE9B" w:rsidRDefault="78D8EE9B" w14:paraId="4CFD846F" w14:textId="1E7545FA">
          <w:pPr>
            <w:pStyle w:val="Header"/>
            <w:bidi w:val="0"/>
            <w:jc w:val="center"/>
          </w:pPr>
        </w:p>
      </w:tc>
      <w:tc>
        <w:tcPr>
          <w:tcW w:w="5085" w:type="dxa"/>
          <w:tcMar/>
        </w:tcPr>
        <w:p w:rsidR="78D8EE9B" w:rsidP="78D8EE9B" w:rsidRDefault="78D8EE9B" w14:paraId="3A69D428" w14:textId="16D79737">
          <w:pPr>
            <w:pStyle w:val="Header"/>
            <w:bidi w:val="0"/>
            <w:ind w:right="-115"/>
            <w:jc w:val="right"/>
          </w:pP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val="bestFit"/>
  <w:trackRevisions w:val="false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33ECEED"/>
    <w:rsid w:val="06ACF65B"/>
    <w:rsid w:val="1C002AED"/>
    <w:rsid w:val="23BEC41E"/>
    <w:rsid w:val="2B38145E"/>
    <w:rsid w:val="2EFE039F"/>
    <w:rsid w:val="4572D651"/>
    <w:rsid w:val="56DC9E53"/>
    <w:rsid w:val="5B111F0E"/>
    <w:rsid w:val="62AAEC5A"/>
    <w:rsid w:val="667285F7"/>
    <w:rsid w:val="6731A820"/>
    <w:rsid w:val="6FDE68DB"/>
    <w:rsid w:val="70D60895"/>
    <w:rsid w:val="78D8EE9B"/>
    <w:rsid w:val="7E0D3804"/>
    <w:rsid w:val="7E61C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15:docId w15:val="{950DA748-6A7A-41E0-ABD6-64D5CB97EC5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3" /><Relationship Type="http://schemas.microsoft.com/office/2007/relationships/stylesWithEffects" Target="stylesWithEffects.xml" Id="rId4" /><Relationship Type="http://schemas.openxmlformats.org/officeDocument/2006/relationships/settings" Target="settings.xml" Id="rId5" /><Relationship Type="http://schemas.openxmlformats.org/officeDocument/2006/relationships/webSettings" Target="webSettings.xml" Id="rId6" /><Relationship Type="http://schemas.openxmlformats.org/officeDocument/2006/relationships/fontTable" Target="fontTable.xml" Id="rId7" /><Relationship Type="http://schemas.openxmlformats.org/officeDocument/2006/relationships/theme" Target="theme/theme1.xml" Id="rId8" /><Relationship Type="http://schemas.openxmlformats.org/officeDocument/2006/relationships/customXml" Target="../customXml/item1.xml" Id="rId1" /><Relationship Type="http://schemas.openxmlformats.org/officeDocument/2006/relationships/numbering" Target="numbering.xml" Id="rId2" /><Relationship Type="http://schemas.openxmlformats.org/officeDocument/2006/relationships/header" Target="header.xml" Id="R3757b198dfd149dd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python-docx</dc:creator>
  <keywords/>
  <dc:description>generated by python-docx</dc:description>
  <lastModifiedBy>Jan Carlo Palomino Layton</lastModifiedBy>
  <revision>2</revision>
  <dcterms:created xsi:type="dcterms:W3CDTF">2013-12-23T23:15:00.0000000Z</dcterms:created>
  <dcterms:modified xsi:type="dcterms:W3CDTF">2025-06-29T17:17:14.9564356Z</dcterms:modified>
  <category/>
</coreProperties>
</file>